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2514B" w14:textId="0A658410" w:rsidR="00E87DF9" w:rsidRPr="00E73CB9" w:rsidRDefault="00CE4919" w:rsidP="00EF7EB9">
      <w:pPr>
        <w:pStyle w:val="Titre1"/>
        <w:jc w:val="center"/>
        <w:rPr>
          <w:rFonts w:ascii="Algerian" w:hAnsi="Algerian"/>
          <w:b w:val="0"/>
          <w:bCs w:val="0"/>
          <w:color w:val="auto"/>
          <w:u w:val="single"/>
        </w:rPr>
      </w:pPr>
      <w:r w:rsidRPr="00E73CB9">
        <w:rPr>
          <w:rFonts w:ascii="Algerian" w:hAnsi="Algerian"/>
          <w:b w:val="0"/>
          <w:bCs w:val="0"/>
          <w:color w:val="auto"/>
          <w:sz w:val="32"/>
          <w:szCs w:val="32"/>
          <w:u w:val="single"/>
        </w:rPr>
        <w:t>Building</w:t>
      </w:r>
      <w:r w:rsidRPr="00E73CB9">
        <w:rPr>
          <w:rFonts w:ascii="Algerian" w:hAnsi="Algerian"/>
          <w:b w:val="0"/>
          <w:bCs w:val="0"/>
          <w:color w:val="auto"/>
          <w:u w:val="single"/>
        </w:rPr>
        <w:t xml:space="preserve"> owners</w:t>
      </w:r>
      <w:r w:rsidR="004D0F7B" w:rsidRPr="00E73CB9">
        <w:rPr>
          <w:rFonts w:ascii="Algerian" w:hAnsi="Algerian"/>
          <w:b w:val="0"/>
          <w:bCs w:val="0"/>
          <w:color w:val="auto"/>
          <w:u w:val="single"/>
        </w:rPr>
        <w:t xml:space="preserve"> </w:t>
      </w:r>
      <w:r w:rsidR="00EF7EB9" w:rsidRPr="00E73CB9">
        <w:rPr>
          <w:rFonts w:ascii="Algerian" w:hAnsi="Algerian"/>
          <w:b w:val="0"/>
          <w:bCs w:val="0"/>
          <w:color w:val="auto"/>
          <w:u w:val="single"/>
        </w:rPr>
        <w:t xml:space="preserve">Insurance </w:t>
      </w:r>
      <w:r w:rsidR="004D0F7B" w:rsidRPr="00E73CB9">
        <w:rPr>
          <w:rFonts w:ascii="Algerian" w:hAnsi="Algerian"/>
          <w:b w:val="0"/>
          <w:bCs w:val="0"/>
          <w:color w:val="auto"/>
          <w:u w:val="single"/>
        </w:rPr>
        <w:t xml:space="preserve">Form </w:t>
      </w:r>
      <w:r w:rsidR="00EF7EB9" w:rsidRPr="00E73CB9">
        <w:rPr>
          <w:rFonts w:ascii="Algerian" w:hAnsi="Algerian"/>
          <w:b w:val="0"/>
          <w:bCs w:val="0"/>
          <w:color w:val="auto"/>
          <w:u w:val="single"/>
        </w:rPr>
        <w:t>-</w:t>
      </w:r>
      <w:r w:rsidR="004D0F7B" w:rsidRPr="00E73CB9">
        <w:rPr>
          <w:rFonts w:ascii="Algerian" w:hAnsi="Algerian"/>
          <w:b w:val="0"/>
          <w:bCs w:val="0"/>
          <w:color w:val="auto"/>
          <w:u w:val="single"/>
        </w:rPr>
        <w:t xml:space="preserve"> Duchy of </w:t>
      </w:r>
      <w:proofErr w:type="spellStart"/>
      <w:r w:rsidR="004D0F7B" w:rsidRPr="00E73CB9">
        <w:rPr>
          <w:rFonts w:ascii="Algerian" w:hAnsi="Algerian"/>
          <w:b w:val="0"/>
          <w:bCs w:val="0"/>
          <w:color w:val="auto"/>
          <w:u w:val="single"/>
        </w:rPr>
        <w:t>Bicolinne</w:t>
      </w:r>
      <w:proofErr w:type="spellEnd"/>
    </w:p>
    <w:p w14:paraId="469CDDED" w14:textId="77777777" w:rsidR="004970BB" w:rsidRDefault="004970BB"/>
    <w:p w14:paraId="7FC4E36B" w14:textId="77777777" w:rsidR="00E73CB9" w:rsidRPr="00E73CB9" w:rsidRDefault="00E73CB9" w:rsidP="00E73CB9">
      <w:pPr>
        <w:rPr>
          <w:rFonts w:ascii="Algerian" w:hAnsi="Algerian"/>
          <w:lang w:val="en-CA"/>
        </w:rPr>
      </w:pPr>
      <w:r w:rsidRPr="00E73CB9">
        <w:rPr>
          <w:rFonts w:ascii="Algerian" w:hAnsi="Algerian"/>
          <w:lang w:val="en-CA"/>
        </w:rPr>
        <w:t>Salutes and honours be unto you, noble lords and proprietors,</w:t>
      </w:r>
    </w:p>
    <w:p w14:paraId="3F557E0D" w14:textId="2F4DC94B" w:rsidR="00E73CB9" w:rsidRPr="00E73CB9" w:rsidRDefault="00E73CB9" w:rsidP="00E73CB9">
      <w:pPr>
        <w:rPr>
          <w:rFonts w:ascii="Algerian" w:hAnsi="Algerian"/>
          <w:lang w:val="en-CA"/>
        </w:rPr>
      </w:pPr>
      <w:r w:rsidRPr="00E73CB9">
        <w:rPr>
          <w:rFonts w:ascii="Algerian" w:hAnsi="Algerian"/>
          <w:lang w:val="en-CA"/>
        </w:rPr>
        <w:t xml:space="preserve">Here is set forth the parchment of assurance, ordained for all those who hold cabins and dwellings set upon honoured lands. By this grace is granted the </w:t>
      </w:r>
      <w:r w:rsidR="00B93241">
        <w:rPr>
          <w:rFonts w:ascii="Algerian" w:hAnsi="Algerian"/>
          <w:lang w:val="en-CA"/>
        </w:rPr>
        <w:t>insurance</w:t>
      </w:r>
      <w:r w:rsidRPr="00E73CB9">
        <w:rPr>
          <w:rFonts w:ascii="Algerian" w:hAnsi="Algerian"/>
          <w:lang w:val="en-CA"/>
        </w:rPr>
        <w:t xml:space="preserve"> of your lodge, of your goods and riches therein contained, and of the duty and charge that rest upon you toward men and lands committed to your care.</w:t>
      </w:r>
    </w:p>
    <w:p w14:paraId="4DD18E11" w14:textId="77777777" w:rsidR="00E73CB9" w:rsidRPr="00E73CB9" w:rsidRDefault="00E73CB9" w:rsidP="00E73CB9">
      <w:pPr>
        <w:rPr>
          <w:rFonts w:ascii="Algerian" w:hAnsi="Algerian"/>
          <w:lang w:val="en-CA"/>
        </w:rPr>
      </w:pPr>
      <w:r w:rsidRPr="00E73CB9">
        <w:rPr>
          <w:rFonts w:ascii="Algerian" w:hAnsi="Algerian"/>
          <w:lang w:val="en-CA"/>
        </w:rPr>
        <w:t>You are thus required, with good and faithful diligence, to cause the present form to be delivered by way of written messenger, together with portraits showing your cabin in all its nobility and due order.</w:t>
      </w:r>
    </w:p>
    <w:p w14:paraId="4B038B5A" w14:textId="6499BE14" w:rsidR="001329BA" w:rsidRPr="000B5535" w:rsidRDefault="00000000">
      <w:pPr>
        <w:rPr>
          <w:lang w:val="en-CA"/>
        </w:rPr>
      </w:pPr>
      <w:r w:rsidRPr="000B5535">
        <w:rPr>
          <w:lang w:val="en-CA"/>
        </w:rPr>
        <w:br/>
        <w:t>Email</w:t>
      </w:r>
      <w:r w:rsidR="000B5535" w:rsidRPr="000B5535">
        <w:rPr>
          <w:lang w:val="en-CA"/>
        </w:rPr>
        <w:t xml:space="preserve"> dedicated to</w:t>
      </w:r>
      <w:r w:rsidR="000B5535">
        <w:rPr>
          <w:lang w:val="en-CA"/>
        </w:rPr>
        <w:t xml:space="preserve"> send the </w:t>
      </w:r>
      <w:r w:rsidR="002F0F75">
        <w:rPr>
          <w:lang w:val="en-CA"/>
        </w:rPr>
        <w:t>request</w:t>
      </w:r>
      <w:r w:rsidRPr="000B5535">
        <w:rPr>
          <w:lang w:val="en-CA"/>
        </w:rPr>
        <w:t xml:space="preserve">: </w:t>
      </w:r>
      <w:hyperlink r:id="rId8" w:history="1">
        <w:r w:rsidR="009254A7" w:rsidRPr="000B5535">
          <w:rPr>
            <w:rStyle w:val="Hyperlien"/>
            <w:lang w:val="en-CA"/>
          </w:rPr>
          <w:t>programmebicolline@essor.ca</w:t>
        </w:r>
      </w:hyperlink>
    </w:p>
    <w:p w14:paraId="0DAED149" w14:textId="4E86F702" w:rsidR="001329BA" w:rsidRPr="007F7AC7" w:rsidRDefault="00000000">
      <w:pPr>
        <w:pStyle w:val="Titre1"/>
        <w:rPr>
          <w:lang w:val="fr-CA"/>
        </w:rPr>
      </w:pPr>
      <w:r w:rsidRPr="007F7AC7">
        <w:rPr>
          <w:lang w:val="fr-CA"/>
        </w:rPr>
        <w:t>REQUIRED</w:t>
      </w:r>
      <w:r w:rsidR="007F7AC7" w:rsidRPr="007F7AC7">
        <w:rPr>
          <w:lang w:val="fr-CA"/>
        </w:rPr>
        <w:t xml:space="preserve"> </w:t>
      </w:r>
      <w:r w:rsidR="007F7AC7" w:rsidRPr="007F7AC7">
        <w:rPr>
          <w:lang w:val="fr-CA"/>
        </w:rPr>
        <w:t>CONSENT</w:t>
      </w:r>
    </w:p>
    <w:p w14:paraId="2BDE0431" w14:textId="77777777" w:rsidR="005A1810" w:rsidRPr="007F7AC7" w:rsidRDefault="005A1810" w:rsidP="005A1810">
      <w:pPr>
        <w:rPr>
          <w:lang w:val="fr-CA"/>
        </w:rPr>
      </w:pPr>
    </w:p>
    <w:tbl>
      <w:tblPr>
        <w:tblStyle w:val="Grilledutableau"/>
        <w:tblW w:w="0" w:type="auto"/>
        <w:tblInd w:w="38" w:type="dxa"/>
        <w:tblLook w:val="04A0" w:firstRow="1" w:lastRow="0" w:firstColumn="1" w:lastColumn="0" w:noHBand="0" w:noVBand="1"/>
      </w:tblPr>
      <w:tblGrid>
        <w:gridCol w:w="4390"/>
        <w:gridCol w:w="4390"/>
      </w:tblGrid>
      <w:tr w:rsidR="005A1810" w14:paraId="4E7795E9" w14:textId="77777777" w:rsidTr="005A1810">
        <w:tc>
          <w:tcPr>
            <w:tcW w:w="4390" w:type="dxa"/>
          </w:tcPr>
          <w:p w14:paraId="5E715CD4" w14:textId="77777777" w:rsidR="005A1810" w:rsidRPr="00044D60" w:rsidRDefault="005A1810" w:rsidP="005A1810">
            <w:pPr>
              <w:spacing w:after="200" w:line="276" w:lineRule="auto"/>
              <w:rPr>
                <w:lang w:val="en-CA"/>
              </w:rPr>
            </w:pPr>
            <w:r w:rsidRPr="00044D60">
              <w:rPr>
                <w:lang w:val="en-CA"/>
              </w:rPr>
              <w:t xml:space="preserve">To provide you with the professional service you deserve, we need to collect and share certain personal information. Do you consent to </w:t>
            </w:r>
            <w:r w:rsidRPr="00044D60">
              <w:rPr>
                <w:b/>
                <w:bCs/>
                <w:lang w:val="en-CA"/>
              </w:rPr>
              <w:t>ESSOR</w:t>
            </w:r>
            <w:r w:rsidRPr="00044D60">
              <w:rPr>
                <w:lang w:val="en-CA"/>
              </w:rPr>
              <w:t xml:space="preserve"> using and sharing this information, including that of the individuals named in the contract, with our insurers and service providers to process your file, in accordance with legal requirements? </w:t>
            </w:r>
          </w:p>
          <w:p w14:paraId="3E0317E5" w14:textId="4E273A0E" w:rsidR="005A1810" w:rsidRPr="00044D60" w:rsidRDefault="005A1810" w:rsidP="005F01A0">
            <w:pPr>
              <w:spacing w:after="200" w:line="276" w:lineRule="auto"/>
              <w:rPr>
                <w:lang w:val="en-CA"/>
              </w:rPr>
            </w:pPr>
            <w:r w:rsidRPr="00044D60">
              <w:rPr>
                <w:lang w:val="en-CA"/>
              </w:rPr>
              <w:t xml:space="preserve">Please note that our Privacy Policy is available on </w:t>
            </w:r>
            <w:hyperlink r:id="rId9" w:history="1">
              <w:r w:rsidR="005F310C" w:rsidRPr="005F310C">
                <w:rPr>
                  <w:rStyle w:val="Hyperlien"/>
                </w:rPr>
                <w:t>Terms of use – ESSOR Insurance</w:t>
              </w:r>
            </w:hyperlink>
          </w:p>
          <w:p w14:paraId="17B86EBB" w14:textId="77777777" w:rsidR="005A1810" w:rsidRDefault="005A1810" w:rsidP="005A1810">
            <w:r>
              <w:t xml:space="preserve">Answer: </w:t>
            </w:r>
            <w:r w:rsidRPr="005A1810">
              <w:rPr>
                <w:b/>
                <w:bCs/>
              </w:rPr>
              <w:t>Yes, I consent / No, I do not consent</w:t>
            </w:r>
          </w:p>
          <w:p w14:paraId="12142351" w14:textId="77777777" w:rsidR="005A1810" w:rsidRDefault="005A1810" w:rsidP="005A1810"/>
        </w:tc>
        <w:tc>
          <w:tcPr>
            <w:tcW w:w="4390" w:type="dxa"/>
          </w:tcPr>
          <w:p w14:paraId="299B8630" w14:textId="77777777" w:rsidR="005A1810" w:rsidRDefault="005A1810" w:rsidP="005A1810"/>
        </w:tc>
      </w:tr>
    </w:tbl>
    <w:p w14:paraId="46B5D9DF" w14:textId="77777777" w:rsidR="005A1810" w:rsidRDefault="005A1810" w:rsidP="005A1810"/>
    <w:p w14:paraId="0905D1D7" w14:textId="77777777" w:rsidR="00D96EC3" w:rsidRDefault="00D96EC3" w:rsidP="005A1810"/>
    <w:p w14:paraId="3F9070A0" w14:textId="77777777" w:rsidR="005F310C" w:rsidRPr="005A1810" w:rsidRDefault="005F310C" w:rsidP="005A1810"/>
    <w:p w14:paraId="44CE8AED" w14:textId="77777777" w:rsidR="001329BA" w:rsidRDefault="00000000">
      <w:pPr>
        <w:pStyle w:val="Titre1"/>
      </w:pPr>
      <w:r>
        <w:t>Basic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1329BA" w14:paraId="13BAF16B" w14:textId="77777777" w:rsidTr="009E1D5D">
        <w:tc>
          <w:tcPr>
            <w:tcW w:w="4320" w:type="dxa"/>
          </w:tcPr>
          <w:p w14:paraId="42B4925F" w14:textId="761E9714" w:rsidR="001329BA" w:rsidRDefault="00000000">
            <w:r>
              <w:t>Name of person</w:t>
            </w:r>
            <w:r w:rsidR="004B1DB2">
              <w:t xml:space="preserve"> in charge</w:t>
            </w:r>
          </w:p>
        </w:tc>
        <w:tc>
          <w:tcPr>
            <w:tcW w:w="4320" w:type="dxa"/>
          </w:tcPr>
          <w:p w14:paraId="24600C0C" w14:textId="77777777" w:rsidR="001329BA" w:rsidRDefault="001329BA"/>
        </w:tc>
      </w:tr>
      <w:tr w:rsidR="001329BA" w14:paraId="23CEF12E" w14:textId="77777777" w:rsidTr="009E1D5D">
        <w:tc>
          <w:tcPr>
            <w:tcW w:w="4320" w:type="dxa"/>
          </w:tcPr>
          <w:p w14:paraId="05CC4D2C" w14:textId="77777777" w:rsidR="001329BA" w:rsidRDefault="00000000">
            <w:r>
              <w:t>Phone number</w:t>
            </w:r>
          </w:p>
        </w:tc>
        <w:tc>
          <w:tcPr>
            <w:tcW w:w="4320" w:type="dxa"/>
          </w:tcPr>
          <w:p w14:paraId="09B94669" w14:textId="77777777" w:rsidR="001329BA" w:rsidRDefault="001329BA"/>
        </w:tc>
      </w:tr>
      <w:tr w:rsidR="001329BA" w14:paraId="21368CA1" w14:textId="77777777" w:rsidTr="009E1D5D">
        <w:tc>
          <w:tcPr>
            <w:tcW w:w="4320" w:type="dxa"/>
          </w:tcPr>
          <w:p w14:paraId="55072CAE" w14:textId="77777777" w:rsidR="001329BA" w:rsidRDefault="00000000">
            <w:r>
              <w:t>Email</w:t>
            </w:r>
          </w:p>
        </w:tc>
        <w:tc>
          <w:tcPr>
            <w:tcW w:w="4320" w:type="dxa"/>
          </w:tcPr>
          <w:p w14:paraId="0F49E72E" w14:textId="77777777" w:rsidR="001329BA" w:rsidRDefault="001329BA"/>
        </w:tc>
      </w:tr>
      <w:tr w:rsidR="001329BA" w14:paraId="12DAC517" w14:textId="77777777" w:rsidTr="009E1D5D">
        <w:tc>
          <w:tcPr>
            <w:tcW w:w="4320" w:type="dxa"/>
          </w:tcPr>
          <w:p w14:paraId="44BDC9D0" w14:textId="77777777" w:rsidR="001329BA" w:rsidRDefault="00000000">
            <w:r>
              <w:t>Mailing address</w:t>
            </w:r>
          </w:p>
        </w:tc>
        <w:tc>
          <w:tcPr>
            <w:tcW w:w="4320" w:type="dxa"/>
          </w:tcPr>
          <w:p w14:paraId="3FF41BC9" w14:textId="77777777" w:rsidR="001329BA" w:rsidRDefault="001329BA"/>
        </w:tc>
      </w:tr>
      <w:tr w:rsidR="001329BA" w14:paraId="30E36B65" w14:textId="77777777" w:rsidTr="009E1D5D">
        <w:tc>
          <w:tcPr>
            <w:tcW w:w="4320" w:type="dxa"/>
          </w:tcPr>
          <w:p w14:paraId="6DC7B960" w14:textId="77777777" w:rsidR="001329BA" w:rsidRDefault="00000000">
            <w:r>
              <w:t>Organization name (if applicable)</w:t>
            </w:r>
          </w:p>
        </w:tc>
        <w:tc>
          <w:tcPr>
            <w:tcW w:w="4320" w:type="dxa"/>
          </w:tcPr>
          <w:p w14:paraId="221F96A8" w14:textId="77777777" w:rsidR="001329BA" w:rsidRDefault="001329BA"/>
        </w:tc>
      </w:tr>
      <w:tr w:rsidR="001329BA" w14:paraId="20DF8704" w14:textId="77777777" w:rsidTr="009E1D5D">
        <w:tc>
          <w:tcPr>
            <w:tcW w:w="4320" w:type="dxa"/>
          </w:tcPr>
          <w:p w14:paraId="1F9BDCA8" w14:textId="77777777" w:rsidR="001329BA" w:rsidRDefault="00000000">
            <w:r>
              <w:t>Names of all cabin owners</w:t>
            </w:r>
          </w:p>
        </w:tc>
        <w:tc>
          <w:tcPr>
            <w:tcW w:w="4320" w:type="dxa"/>
          </w:tcPr>
          <w:p w14:paraId="396CE024" w14:textId="77777777" w:rsidR="001329BA" w:rsidRDefault="001329BA"/>
        </w:tc>
      </w:tr>
    </w:tbl>
    <w:p w14:paraId="3A4B784C" w14:textId="77777777" w:rsidR="001329BA" w:rsidRDefault="00000000">
      <w:pPr>
        <w:pStyle w:val="Titre1"/>
      </w:pPr>
      <w:r>
        <w:t>Cabin Information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1329BA" w14:paraId="08493AEC" w14:textId="77777777" w:rsidTr="002A28A2">
        <w:tc>
          <w:tcPr>
            <w:tcW w:w="4320" w:type="dxa"/>
          </w:tcPr>
          <w:p w14:paraId="7C52DF43" w14:textId="77777777" w:rsidR="001329BA" w:rsidRDefault="00000000">
            <w:r>
              <w:t>Assignment / Cabin number</w:t>
            </w:r>
          </w:p>
        </w:tc>
        <w:tc>
          <w:tcPr>
            <w:tcW w:w="4320" w:type="dxa"/>
          </w:tcPr>
          <w:p w14:paraId="124BFD83" w14:textId="77777777" w:rsidR="001329BA" w:rsidRDefault="001329BA"/>
        </w:tc>
      </w:tr>
      <w:tr w:rsidR="001329BA" w14:paraId="2196917E" w14:textId="77777777" w:rsidTr="002A28A2">
        <w:tc>
          <w:tcPr>
            <w:tcW w:w="4320" w:type="dxa"/>
          </w:tcPr>
          <w:p w14:paraId="7C662947" w14:textId="77777777" w:rsidR="001329BA" w:rsidRDefault="00000000">
            <w:r>
              <w:t>Year of construction</w:t>
            </w:r>
          </w:p>
        </w:tc>
        <w:tc>
          <w:tcPr>
            <w:tcW w:w="4320" w:type="dxa"/>
          </w:tcPr>
          <w:p w14:paraId="764A75D0" w14:textId="77777777" w:rsidR="001329BA" w:rsidRDefault="001329BA"/>
        </w:tc>
      </w:tr>
      <w:tr w:rsidR="001329BA" w14:paraId="08681B84" w14:textId="77777777" w:rsidTr="002A28A2">
        <w:tc>
          <w:tcPr>
            <w:tcW w:w="4320" w:type="dxa"/>
          </w:tcPr>
          <w:p w14:paraId="28585C07" w14:textId="77777777" w:rsidR="001329BA" w:rsidRDefault="00000000">
            <w:r>
              <w:t>Number of floors</w:t>
            </w:r>
          </w:p>
        </w:tc>
        <w:tc>
          <w:tcPr>
            <w:tcW w:w="4320" w:type="dxa"/>
          </w:tcPr>
          <w:p w14:paraId="60CF366F" w14:textId="77777777" w:rsidR="001329BA" w:rsidRDefault="001329BA"/>
        </w:tc>
      </w:tr>
      <w:tr w:rsidR="001329BA" w14:paraId="18A23213" w14:textId="77777777" w:rsidTr="002A28A2">
        <w:tc>
          <w:tcPr>
            <w:tcW w:w="4320" w:type="dxa"/>
          </w:tcPr>
          <w:p w14:paraId="1CF44C9B" w14:textId="77777777" w:rsidR="001329BA" w:rsidRDefault="00000000">
            <w:r>
              <w:t>Roof type</w:t>
            </w:r>
          </w:p>
        </w:tc>
        <w:tc>
          <w:tcPr>
            <w:tcW w:w="4320" w:type="dxa"/>
          </w:tcPr>
          <w:p w14:paraId="632B8BE1" w14:textId="77777777" w:rsidR="001329BA" w:rsidRDefault="001329BA"/>
        </w:tc>
      </w:tr>
      <w:tr w:rsidR="001329BA" w14:paraId="4A873921" w14:textId="77777777" w:rsidTr="002A28A2">
        <w:tc>
          <w:tcPr>
            <w:tcW w:w="4320" w:type="dxa"/>
          </w:tcPr>
          <w:p w14:paraId="2167B5A2" w14:textId="77777777" w:rsidR="001329BA" w:rsidRDefault="00000000">
            <w:r>
              <w:t>Dimensions</w:t>
            </w:r>
          </w:p>
        </w:tc>
        <w:tc>
          <w:tcPr>
            <w:tcW w:w="4320" w:type="dxa"/>
          </w:tcPr>
          <w:p w14:paraId="22AFBA35" w14:textId="77777777" w:rsidR="001329BA" w:rsidRDefault="001329BA"/>
        </w:tc>
      </w:tr>
      <w:tr w:rsidR="001329BA" w14:paraId="373E6BBE" w14:textId="77777777" w:rsidTr="002A28A2">
        <w:tc>
          <w:tcPr>
            <w:tcW w:w="4320" w:type="dxa"/>
          </w:tcPr>
          <w:p w14:paraId="40A77178" w14:textId="77777777" w:rsidR="001329BA" w:rsidRDefault="00000000">
            <w:r>
              <w:t>Heating (Yes/No)</w:t>
            </w:r>
          </w:p>
        </w:tc>
        <w:tc>
          <w:tcPr>
            <w:tcW w:w="4320" w:type="dxa"/>
          </w:tcPr>
          <w:p w14:paraId="72B8D132" w14:textId="77777777" w:rsidR="001329BA" w:rsidRDefault="001329BA"/>
        </w:tc>
      </w:tr>
      <w:tr w:rsidR="001329BA" w14:paraId="253E559A" w14:textId="77777777" w:rsidTr="002A28A2">
        <w:tc>
          <w:tcPr>
            <w:tcW w:w="4320" w:type="dxa"/>
          </w:tcPr>
          <w:p w14:paraId="70B8262C" w14:textId="77777777" w:rsidR="001329BA" w:rsidRDefault="00000000">
            <w:r>
              <w:t>Reconstruction value</w:t>
            </w:r>
          </w:p>
        </w:tc>
        <w:tc>
          <w:tcPr>
            <w:tcW w:w="4320" w:type="dxa"/>
          </w:tcPr>
          <w:p w14:paraId="639D5121" w14:textId="77777777" w:rsidR="001329BA" w:rsidRDefault="001329BA"/>
        </w:tc>
      </w:tr>
      <w:tr w:rsidR="001329BA" w14:paraId="65FE459A" w14:textId="77777777" w:rsidTr="002A28A2">
        <w:tc>
          <w:tcPr>
            <w:tcW w:w="4320" w:type="dxa"/>
          </w:tcPr>
          <w:p w14:paraId="6366BD06" w14:textId="77777777" w:rsidR="001329BA" w:rsidRDefault="00000000">
            <w:r>
              <w:t>Contents value</w:t>
            </w:r>
          </w:p>
        </w:tc>
        <w:tc>
          <w:tcPr>
            <w:tcW w:w="4320" w:type="dxa"/>
          </w:tcPr>
          <w:p w14:paraId="776E8557" w14:textId="77777777" w:rsidR="001329BA" w:rsidRDefault="001329BA"/>
        </w:tc>
      </w:tr>
      <w:tr w:rsidR="001F274A" w14:paraId="3281DC1E" w14:textId="77777777" w:rsidTr="002A28A2">
        <w:tc>
          <w:tcPr>
            <w:tcW w:w="4320" w:type="dxa"/>
          </w:tcPr>
          <w:p w14:paraId="380B0959" w14:textId="6FF7E127" w:rsidR="001F274A" w:rsidRDefault="001F274A">
            <w:r>
              <w:t xml:space="preserve">If cabin over 20 years old, </w:t>
            </w:r>
            <w:proofErr w:type="gramStart"/>
            <w:r w:rsidR="009A1A5D">
              <w:t>provide</w:t>
            </w:r>
            <w:proofErr w:type="gramEnd"/>
            <w:r w:rsidR="009A1A5D">
              <w:t xml:space="preserve"> details of renovation made</w:t>
            </w:r>
          </w:p>
        </w:tc>
        <w:tc>
          <w:tcPr>
            <w:tcW w:w="4320" w:type="dxa"/>
          </w:tcPr>
          <w:p w14:paraId="1A726B0F" w14:textId="77777777" w:rsidR="001F274A" w:rsidRDefault="001F274A"/>
        </w:tc>
      </w:tr>
    </w:tbl>
    <w:p w14:paraId="689045D6" w14:textId="77777777" w:rsidR="007E4FF9" w:rsidRDefault="007E4FF9">
      <w:pPr>
        <w:rPr>
          <w:rFonts w:asciiTheme="majorHAnsi" w:eastAsiaTheme="majorEastAsia" w:hAnsiTheme="majorHAnsi" w:cstheme="majorBidi"/>
          <w:color w:val="365F91" w:themeColor="accent1" w:themeShade="BF"/>
          <w:sz w:val="28"/>
          <w:szCs w:val="28"/>
        </w:rPr>
      </w:pPr>
      <w:r>
        <w:rPr>
          <w:b/>
          <w:bCs/>
        </w:rPr>
        <w:br w:type="page"/>
      </w:r>
    </w:p>
    <w:p w14:paraId="7BC37C21" w14:textId="77777777" w:rsidR="00B61849" w:rsidRDefault="00B61849">
      <w:pPr>
        <w:pStyle w:val="Titre1"/>
      </w:pPr>
    </w:p>
    <w:p w14:paraId="66C10D78" w14:textId="157DEAA3" w:rsidR="001329BA" w:rsidRDefault="00000000">
      <w:pPr>
        <w:pStyle w:val="Titre1"/>
      </w:pPr>
      <w:r>
        <w:t>Cabin Information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1329BA" w14:paraId="1117A545" w14:textId="77777777" w:rsidTr="002A28A2">
        <w:tc>
          <w:tcPr>
            <w:tcW w:w="4320" w:type="dxa"/>
          </w:tcPr>
          <w:p w14:paraId="172E9D59" w14:textId="77777777" w:rsidR="001329BA" w:rsidRDefault="00000000">
            <w:r>
              <w:t>Assignment / Cabin number</w:t>
            </w:r>
          </w:p>
        </w:tc>
        <w:tc>
          <w:tcPr>
            <w:tcW w:w="4320" w:type="dxa"/>
          </w:tcPr>
          <w:p w14:paraId="72571042" w14:textId="77777777" w:rsidR="001329BA" w:rsidRDefault="001329BA"/>
        </w:tc>
      </w:tr>
      <w:tr w:rsidR="001329BA" w14:paraId="49FF5826" w14:textId="77777777" w:rsidTr="002A28A2">
        <w:tc>
          <w:tcPr>
            <w:tcW w:w="4320" w:type="dxa"/>
          </w:tcPr>
          <w:p w14:paraId="532C141E" w14:textId="77777777" w:rsidR="001329BA" w:rsidRDefault="00000000">
            <w:r>
              <w:t>Year of construction</w:t>
            </w:r>
          </w:p>
        </w:tc>
        <w:tc>
          <w:tcPr>
            <w:tcW w:w="4320" w:type="dxa"/>
          </w:tcPr>
          <w:p w14:paraId="5D0CAABF" w14:textId="77777777" w:rsidR="001329BA" w:rsidRDefault="001329BA"/>
        </w:tc>
      </w:tr>
      <w:tr w:rsidR="001329BA" w14:paraId="304DA201" w14:textId="77777777" w:rsidTr="002A28A2">
        <w:tc>
          <w:tcPr>
            <w:tcW w:w="4320" w:type="dxa"/>
          </w:tcPr>
          <w:p w14:paraId="63E57FD2" w14:textId="77777777" w:rsidR="001329BA" w:rsidRDefault="00000000">
            <w:r>
              <w:t>Number of floors</w:t>
            </w:r>
          </w:p>
        </w:tc>
        <w:tc>
          <w:tcPr>
            <w:tcW w:w="4320" w:type="dxa"/>
          </w:tcPr>
          <w:p w14:paraId="76658935" w14:textId="77777777" w:rsidR="001329BA" w:rsidRDefault="001329BA"/>
        </w:tc>
      </w:tr>
      <w:tr w:rsidR="001329BA" w14:paraId="34D78050" w14:textId="77777777" w:rsidTr="002A28A2">
        <w:tc>
          <w:tcPr>
            <w:tcW w:w="4320" w:type="dxa"/>
          </w:tcPr>
          <w:p w14:paraId="2D4CBBA2" w14:textId="77777777" w:rsidR="001329BA" w:rsidRDefault="00000000">
            <w:r>
              <w:t>Roof type</w:t>
            </w:r>
          </w:p>
        </w:tc>
        <w:tc>
          <w:tcPr>
            <w:tcW w:w="4320" w:type="dxa"/>
          </w:tcPr>
          <w:p w14:paraId="73C70353" w14:textId="77777777" w:rsidR="001329BA" w:rsidRDefault="001329BA"/>
        </w:tc>
      </w:tr>
      <w:tr w:rsidR="001329BA" w14:paraId="4C63EF35" w14:textId="77777777" w:rsidTr="002A28A2">
        <w:tc>
          <w:tcPr>
            <w:tcW w:w="4320" w:type="dxa"/>
          </w:tcPr>
          <w:p w14:paraId="4A624BF6" w14:textId="77777777" w:rsidR="001329BA" w:rsidRDefault="00000000">
            <w:r>
              <w:t>Dimensions</w:t>
            </w:r>
          </w:p>
        </w:tc>
        <w:tc>
          <w:tcPr>
            <w:tcW w:w="4320" w:type="dxa"/>
          </w:tcPr>
          <w:p w14:paraId="38090079" w14:textId="77777777" w:rsidR="001329BA" w:rsidRDefault="001329BA"/>
        </w:tc>
      </w:tr>
      <w:tr w:rsidR="001329BA" w14:paraId="5FE7E485" w14:textId="77777777" w:rsidTr="002A28A2">
        <w:tc>
          <w:tcPr>
            <w:tcW w:w="4320" w:type="dxa"/>
          </w:tcPr>
          <w:p w14:paraId="30DCA882" w14:textId="77777777" w:rsidR="001329BA" w:rsidRDefault="00000000">
            <w:r>
              <w:t>Heating (Yes/No)</w:t>
            </w:r>
          </w:p>
        </w:tc>
        <w:tc>
          <w:tcPr>
            <w:tcW w:w="4320" w:type="dxa"/>
          </w:tcPr>
          <w:p w14:paraId="1C395E6B" w14:textId="77777777" w:rsidR="001329BA" w:rsidRDefault="001329BA"/>
        </w:tc>
      </w:tr>
      <w:tr w:rsidR="001329BA" w14:paraId="798A4537" w14:textId="77777777" w:rsidTr="002A28A2">
        <w:tc>
          <w:tcPr>
            <w:tcW w:w="4320" w:type="dxa"/>
          </w:tcPr>
          <w:p w14:paraId="5E369E40" w14:textId="77777777" w:rsidR="001329BA" w:rsidRDefault="00000000">
            <w:r>
              <w:t>Reconstruction value</w:t>
            </w:r>
          </w:p>
        </w:tc>
        <w:tc>
          <w:tcPr>
            <w:tcW w:w="4320" w:type="dxa"/>
          </w:tcPr>
          <w:p w14:paraId="7061F894" w14:textId="77777777" w:rsidR="001329BA" w:rsidRDefault="001329BA"/>
        </w:tc>
      </w:tr>
      <w:tr w:rsidR="001329BA" w14:paraId="5540812D" w14:textId="77777777" w:rsidTr="002A28A2">
        <w:tc>
          <w:tcPr>
            <w:tcW w:w="4320" w:type="dxa"/>
          </w:tcPr>
          <w:p w14:paraId="488E4E22" w14:textId="77777777" w:rsidR="001329BA" w:rsidRDefault="00000000">
            <w:r>
              <w:t>Contents value</w:t>
            </w:r>
          </w:p>
        </w:tc>
        <w:tc>
          <w:tcPr>
            <w:tcW w:w="4320" w:type="dxa"/>
          </w:tcPr>
          <w:p w14:paraId="165851A2" w14:textId="77777777" w:rsidR="001329BA" w:rsidRDefault="001329BA"/>
        </w:tc>
      </w:tr>
      <w:tr w:rsidR="009A1A5D" w14:paraId="29319593" w14:textId="77777777" w:rsidTr="002A28A2">
        <w:tc>
          <w:tcPr>
            <w:tcW w:w="4320" w:type="dxa"/>
          </w:tcPr>
          <w:p w14:paraId="6956AD9D" w14:textId="1D050E13" w:rsidR="009A1A5D" w:rsidRDefault="009A1A5D" w:rsidP="009A1A5D">
            <w:r>
              <w:t xml:space="preserve">If cabin over 20 years old, </w:t>
            </w:r>
            <w:proofErr w:type="gramStart"/>
            <w:r>
              <w:t>provide</w:t>
            </w:r>
            <w:proofErr w:type="gramEnd"/>
            <w:r>
              <w:t xml:space="preserve"> details of renovation mad</w:t>
            </w:r>
            <w:r w:rsidR="004F7F6F">
              <w:t>e</w:t>
            </w:r>
          </w:p>
        </w:tc>
        <w:tc>
          <w:tcPr>
            <w:tcW w:w="4320" w:type="dxa"/>
          </w:tcPr>
          <w:p w14:paraId="3D4F6063" w14:textId="77777777" w:rsidR="009A1A5D" w:rsidRDefault="009A1A5D" w:rsidP="009A1A5D"/>
        </w:tc>
      </w:tr>
    </w:tbl>
    <w:p w14:paraId="26A88692" w14:textId="77777777" w:rsidR="001329BA" w:rsidRDefault="00000000">
      <w:pPr>
        <w:pStyle w:val="Titre1"/>
      </w:pPr>
      <w:r>
        <w:t>Other</w:t>
      </w:r>
    </w:p>
    <w:p w14:paraId="3D7B3FA3" w14:textId="77777777" w:rsidR="001F274A" w:rsidRDefault="001F274A"/>
    <w:p w14:paraId="2A3F661B" w14:textId="3C452CFA" w:rsidR="001329BA" w:rsidRDefault="00000000">
      <w:r>
        <w:t>Provide exterior photos of all four sides of the cabin(s).</w:t>
      </w:r>
    </w:p>
    <w:p w14:paraId="5D3CF632" w14:textId="14BD3746" w:rsidR="001329BA" w:rsidRDefault="005A02CC">
      <w:r>
        <w:t>Additional information</w:t>
      </w:r>
      <w:r w:rsidR="00F00C54">
        <w:t>/comments</w:t>
      </w:r>
      <w:r w:rsidR="00000000">
        <w:t>:</w:t>
      </w:r>
    </w:p>
    <w:p w14:paraId="06BDB495" w14:textId="77777777" w:rsidR="001329BA" w:rsidRDefault="001329BA"/>
    <w:sectPr w:rsidR="001329BA"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B1F23" w14:textId="77777777" w:rsidR="00FB6B4B" w:rsidRDefault="00FB6B4B" w:rsidP="00E16191">
      <w:pPr>
        <w:spacing w:after="0" w:line="240" w:lineRule="auto"/>
      </w:pPr>
      <w:r>
        <w:separator/>
      </w:r>
    </w:p>
  </w:endnote>
  <w:endnote w:type="continuationSeparator" w:id="0">
    <w:p w14:paraId="060618B0" w14:textId="77777777" w:rsidR="00FB6B4B" w:rsidRDefault="00FB6B4B" w:rsidP="00E16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lgerian">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D6E7" w14:textId="77777777" w:rsidR="00806024" w:rsidRDefault="00806024" w:rsidP="00806024">
    <w:pPr>
      <w:spacing w:after="0" w:line="240" w:lineRule="auto"/>
      <w:ind w:right="6"/>
      <w:jc w:val="center"/>
      <w:rPr>
        <w:b/>
        <w:bCs/>
        <w:color w:val="0071BA"/>
        <w:sz w:val="16"/>
        <w:szCs w:val="16"/>
        <w:lang w:val="fr-CA"/>
      </w:rPr>
    </w:pPr>
    <w:bookmarkStart w:id="0" w:name="OLE_LINK1"/>
    <w:r>
      <w:rPr>
        <w:b/>
        <w:bCs/>
        <w:color w:val="0071BA"/>
        <w:sz w:val="16"/>
        <w:szCs w:val="16"/>
        <w:lang w:val="fr-CA"/>
      </w:rPr>
      <w:t>BEAUCE – CENTRE DU QUÉBEC – CHARLEVOIX – ESTRIE – LANAUDIÈRE – LAVAL – LÉVIS – MAURICIE</w:t>
    </w:r>
  </w:p>
  <w:p w14:paraId="61780773" w14:textId="77777777" w:rsidR="00806024" w:rsidRDefault="00806024" w:rsidP="00806024">
    <w:pPr>
      <w:spacing w:after="0" w:line="240" w:lineRule="auto"/>
      <w:ind w:right="6"/>
      <w:jc w:val="center"/>
      <w:rPr>
        <w:b/>
        <w:bCs/>
        <w:color w:val="0071BA"/>
        <w:sz w:val="16"/>
        <w:szCs w:val="16"/>
        <w:lang w:val="fr-CA"/>
      </w:rPr>
    </w:pPr>
    <w:r>
      <w:rPr>
        <w:b/>
        <w:bCs/>
        <w:color w:val="0071BA"/>
        <w:sz w:val="16"/>
        <w:szCs w:val="16"/>
        <w:lang w:val="fr-CA"/>
      </w:rPr>
      <w:t>MONTÉRÉGIE - MONTRÉAL - QUÉBEC – SAGUENAY-LAC-SAINT-JEAN - THETFORD</w:t>
    </w:r>
    <w:bookmarkEnd w:id="0"/>
  </w:p>
  <w:p w14:paraId="59B17557" w14:textId="518165D2" w:rsidR="00806024" w:rsidRPr="00806024" w:rsidRDefault="00806024" w:rsidP="00806024">
    <w:pPr>
      <w:spacing w:before="200" w:after="0" w:line="240" w:lineRule="auto"/>
      <w:ind w:right="6"/>
      <w:jc w:val="center"/>
      <w:rPr>
        <w:b/>
        <w:color w:val="8A8A8D"/>
        <w:sz w:val="16"/>
        <w:szCs w:val="16"/>
        <w:lang w:val="fr-CA"/>
      </w:rPr>
    </w:pPr>
    <w:r>
      <w:rPr>
        <w:b/>
        <w:color w:val="8A8A8D"/>
        <w:sz w:val="16"/>
        <w:szCs w:val="16"/>
        <w:lang w:val="fr-CA"/>
      </w:rPr>
      <w:t>ESSOR ASSURANCES 2500 RUE BEAUREVOIR, ENTRÉE A, BUREAU 350, QUÉBEC (QC) G2C 0M4 SF 1 877 883-7767 ESSOR.CA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4C4B3" w14:textId="77777777" w:rsidR="00FB6B4B" w:rsidRDefault="00FB6B4B" w:rsidP="00E16191">
      <w:pPr>
        <w:spacing w:after="0" w:line="240" w:lineRule="auto"/>
      </w:pPr>
      <w:r>
        <w:separator/>
      </w:r>
    </w:p>
  </w:footnote>
  <w:footnote w:type="continuationSeparator" w:id="0">
    <w:p w14:paraId="5FE25E99" w14:textId="77777777" w:rsidR="00FB6B4B" w:rsidRDefault="00FB6B4B" w:rsidP="00E16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F0B2" w14:textId="2777A7C3" w:rsidR="00E16191" w:rsidRDefault="00E16191">
    <w:pPr>
      <w:pStyle w:val="En-tte"/>
    </w:pPr>
    <w:r>
      <w:rPr>
        <w:noProof/>
        <w:lang w:val="en-CA" w:eastAsia="en-CA"/>
      </w:rPr>
      <w:drawing>
        <wp:anchor distT="0" distB="0" distL="114300" distR="114300" simplePos="0" relativeHeight="251658240" behindDoc="1" locked="0" layoutInCell="1" allowOverlap="1" wp14:anchorId="346B9C09" wp14:editId="7C2BF78A">
          <wp:simplePos x="0" y="0"/>
          <wp:positionH relativeFrom="column">
            <wp:posOffset>-581025</wp:posOffset>
          </wp:positionH>
          <wp:positionV relativeFrom="paragraph">
            <wp:posOffset>-400050</wp:posOffset>
          </wp:positionV>
          <wp:extent cx="2228849" cy="1114425"/>
          <wp:effectExtent l="0" t="0" r="0" b="0"/>
          <wp:wrapNone/>
          <wp:docPr id="4" name="9e50a4ed-04c9-4b82-a1d4-43ad927bde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e50a4ed-04c9-4b82-a1d4-43ad927bde2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28849" cy="11144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606696317">
    <w:abstractNumId w:val="8"/>
  </w:num>
  <w:num w:numId="2" w16cid:durableId="324018242">
    <w:abstractNumId w:val="6"/>
  </w:num>
  <w:num w:numId="3" w16cid:durableId="1100027760">
    <w:abstractNumId w:val="5"/>
  </w:num>
  <w:num w:numId="4" w16cid:durableId="1179612654">
    <w:abstractNumId w:val="4"/>
  </w:num>
  <w:num w:numId="5" w16cid:durableId="2025856907">
    <w:abstractNumId w:val="7"/>
  </w:num>
  <w:num w:numId="6" w16cid:durableId="338628571">
    <w:abstractNumId w:val="3"/>
  </w:num>
  <w:num w:numId="7" w16cid:durableId="832139899">
    <w:abstractNumId w:val="2"/>
  </w:num>
  <w:num w:numId="8" w16cid:durableId="891111548">
    <w:abstractNumId w:val="1"/>
  </w:num>
  <w:num w:numId="9" w16cid:durableId="6489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4D60"/>
    <w:rsid w:val="0006063C"/>
    <w:rsid w:val="000B5535"/>
    <w:rsid w:val="001130BE"/>
    <w:rsid w:val="001329BA"/>
    <w:rsid w:val="0015074B"/>
    <w:rsid w:val="001F274A"/>
    <w:rsid w:val="0029639D"/>
    <w:rsid w:val="002A28A2"/>
    <w:rsid w:val="002F0F75"/>
    <w:rsid w:val="00326F90"/>
    <w:rsid w:val="0035416C"/>
    <w:rsid w:val="004970BB"/>
    <w:rsid w:val="004B1DB2"/>
    <w:rsid w:val="004D0F7B"/>
    <w:rsid w:val="004F7F6F"/>
    <w:rsid w:val="005A02CC"/>
    <w:rsid w:val="005A1810"/>
    <w:rsid w:val="005F01A0"/>
    <w:rsid w:val="005F310C"/>
    <w:rsid w:val="007208C7"/>
    <w:rsid w:val="00733AFE"/>
    <w:rsid w:val="007B02A6"/>
    <w:rsid w:val="007E4FF9"/>
    <w:rsid w:val="007F7AC7"/>
    <w:rsid w:val="00806024"/>
    <w:rsid w:val="00864A72"/>
    <w:rsid w:val="009254A7"/>
    <w:rsid w:val="009A1A5D"/>
    <w:rsid w:val="009B30EF"/>
    <w:rsid w:val="009E1D5D"/>
    <w:rsid w:val="009F7DC6"/>
    <w:rsid w:val="00AA1D8D"/>
    <w:rsid w:val="00AE1E56"/>
    <w:rsid w:val="00B47730"/>
    <w:rsid w:val="00B61849"/>
    <w:rsid w:val="00B711B6"/>
    <w:rsid w:val="00B929ED"/>
    <w:rsid w:val="00B93241"/>
    <w:rsid w:val="00C0708C"/>
    <w:rsid w:val="00CB0664"/>
    <w:rsid w:val="00CE4919"/>
    <w:rsid w:val="00D50D3C"/>
    <w:rsid w:val="00D96EC3"/>
    <w:rsid w:val="00E16191"/>
    <w:rsid w:val="00E73CB9"/>
    <w:rsid w:val="00E8513D"/>
    <w:rsid w:val="00E87DF9"/>
    <w:rsid w:val="00EF7EB9"/>
    <w:rsid w:val="00F00C54"/>
    <w:rsid w:val="00FB38C7"/>
    <w:rsid w:val="00FB6B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A310CFF-2AB9-46EA-9211-6CA4FE05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en">
    <w:name w:val="Hyperlink"/>
    <w:basedOn w:val="Policepardfaut"/>
    <w:uiPriority w:val="99"/>
    <w:unhideWhenUsed/>
    <w:rsid w:val="009254A7"/>
    <w:rPr>
      <w:color w:val="0000FF" w:themeColor="hyperlink"/>
      <w:u w:val="single"/>
    </w:rPr>
  </w:style>
  <w:style w:type="character" w:styleId="Mentionnonrsolue">
    <w:name w:val="Unresolved Mention"/>
    <w:basedOn w:val="Policepardfaut"/>
    <w:uiPriority w:val="99"/>
    <w:semiHidden/>
    <w:unhideWhenUsed/>
    <w:rsid w:val="00925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mebicolline@essor.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ssor.ca/en/terms-of-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565688dc-84e6-47c9-8e6c-4b4dbe06caec}" enabled="1" method="Privileged" siteId="{1e9272a3-342a-4f60-8795-402663c55afb}" removed="0"/>
</clbl:labelList>
</file>

<file path=docProps/app.xml><?xml version="1.0" encoding="utf-8"?>
<Properties xmlns="http://schemas.openxmlformats.org/officeDocument/2006/extended-properties" xmlns:vt="http://schemas.openxmlformats.org/officeDocument/2006/docPropsVTypes">
  <Template>Normal</Template>
  <TotalTime>262</TotalTime>
  <Pages>3</Pages>
  <Words>317</Words>
  <Characters>1706</Characters>
  <Application>Microsoft Office Word</Application>
  <DocSecurity>0</DocSecurity>
  <Lines>142</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Éric Lafleur</dc:creator>
  <cp:keywords/>
  <dc:description>generated by python-docx</dc:description>
  <cp:lastModifiedBy>Éric Lafleur</cp:lastModifiedBy>
  <cp:revision>39</cp:revision>
  <cp:lastPrinted>2026-05-14T14:44:00Z</cp:lastPrinted>
  <dcterms:created xsi:type="dcterms:W3CDTF">2026-05-14T12:48:00Z</dcterms:created>
  <dcterms:modified xsi:type="dcterms:W3CDTF">2026-05-14T18:09:00Z</dcterms:modified>
  <cp:category/>
</cp:coreProperties>
</file>